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工事内容のご説明</w:t>
      </w:r>
    </w:p>
    <w:p>
      <w:r>
        <w:t>工事の内容と、打ち合わせで確認したいことをまとめた資料です。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44"/>
        <w:gridCol w:w="8208"/>
      </w:tblGrid>
      <w:tr>
        <w:tc>
          <w:tcPr>
            <w:tcW w:type="dxa" w:w="1944"/>
          </w:tcPr>
          <w:p>
            <w:pPr>
              <w:spacing w:after="60"/>
            </w:pPr>
            <w:r>
              <w:t>宛先</w:t>
            </w:r>
          </w:p>
        </w:tc>
        <w:tc>
          <w:tcPr>
            <w:tcW w:type="dxa" w:w="8208"/>
          </w:tcPr>
          <w:p>
            <w:pPr>
              <w:spacing w:after="60"/>
            </w:pPr>
            <w:r>
              <w:t>A様</w:t>
            </w:r>
          </w:p>
        </w:tc>
      </w:tr>
      <w:tr>
        <w:tc>
          <w:tcPr>
            <w:tcW w:type="dxa" w:w="1944"/>
          </w:tcPr>
          <w:p>
            <w:pPr>
              <w:spacing w:after="60"/>
            </w:pPr>
            <w:r>
              <w:t>工事名</w:t>
            </w:r>
          </w:p>
        </w:tc>
        <w:tc>
          <w:tcPr>
            <w:tcW w:type="dxa" w:w="8208"/>
          </w:tcPr>
          <w:p>
            <w:pPr>
              <w:spacing w:after="60"/>
            </w:pPr>
            <w:r>
              <w:t>A邸 リビング内装工事</w:t>
            </w:r>
          </w:p>
        </w:tc>
      </w:tr>
      <w:tr>
        <w:tc>
          <w:tcPr>
            <w:tcW w:type="dxa" w:w="1944"/>
          </w:tcPr>
          <w:p>
            <w:pPr>
              <w:spacing w:after="60"/>
            </w:pPr>
            <w:r>
              <w:t>説明日</w:t>
            </w:r>
          </w:p>
        </w:tc>
        <w:tc>
          <w:tcPr>
            <w:tcW w:type="dxa" w:w="8208"/>
          </w:tcPr>
          <w:p>
            <w:pPr>
              <w:spacing w:after="60"/>
            </w:pPr>
            <w:r>
              <w:t>2026年10月27日</w:t>
            </w:r>
          </w:p>
        </w:tc>
      </w:tr>
      <w:tr>
        <w:tc>
          <w:tcPr>
            <w:tcW w:type="dxa" w:w="1944"/>
          </w:tcPr>
          <w:p>
            <w:pPr>
              <w:spacing w:after="60"/>
            </w:pPr>
            <w:r>
              <w:t>施工会社 担当者</w:t>
            </w:r>
          </w:p>
        </w:tc>
        <w:tc>
          <w:tcPr>
            <w:tcW w:type="dxa" w:w="8208"/>
          </w:tcPr>
          <w:p>
            <w:pPr>
              <w:spacing w:after="60"/>
            </w:pPr>
            <w:r>
              <w:t>要確認</w:t>
            </w:r>
          </w:p>
        </w:tc>
      </w:tr>
    </w:tbl>
    <w:p>
      <w:pPr>
        <w:pStyle w:val="Heading1"/>
      </w:pPr>
      <w:r>
        <w:t>工事の内容</w:t>
      </w:r>
    </w:p>
    <w:p>
      <w:r>
        <w:t>リビングの壁紙を、今のものから新しいものへ張り替えます。</w:t>
        <w:br/>
        <w:t>含まない工事 天井と床の張り替えは含みません。</w:t>
      </w:r>
    </w:p>
    <w:p>
      <w:pPr>
        <w:pStyle w:val="Heading1"/>
      </w:pPr>
      <w:r>
        <w:t>工事の進め方</w:t>
      </w:r>
    </w:p>
    <w:p>
      <w:r>
        <w:t>作業場所の保護 → 今の壁紙をはがす → 新しい壁紙を貼る → 片付け → 仕上がりを一緒に確認します。</w:t>
        <w:br/>
        <w:t>施工日と作業時間 日程調整が必要です。要確認。</w:t>
      </w:r>
    </w:p>
    <w:p>
      <w:pPr>
        <w:pStyle w:val="Heading1"/>
      </w:pPr>
      <w:r>
        <w:t>お願いしたいこと</w:t>
      </w:r>
    </w:p>
    <w:p>
      <w:r>
        <w:t>小物や割れ物を移動いただけるか、ご相談させてください。大きな家具の動かし方も、事前に確認します。</w:t>
      </w:r>
    </w:p>
    <w:p>
      <w:pPr>
        <w:pStyle w:val="Heading1"/>
      </w:pPr>
      <w:r>
        <w:t>一緒に確認したいこと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92"/>
        <w:gridCol w:w="7560"/>
      </w:tblGrid>
      <w:tr>
        <w:tc>
          <w:tcPr>
            <w:tcW w:type="dxa" w:w="2592"/>
          </w:tcPr>
          <w:p>
            <w:pPr>
              <w:spacing w:before="60" w:after="60"/>
            </w:pPr>
            <w:r>
              <w:t>項目</w:t>
            </w:r>
          </w:p>
        </w:tc>
        <w:tc>
          <w:tcPr>
            <w:tcW w:type="dxa" w:w="7560"/>
          </w:tcPr>
          <w:p>
            <w:pPr>
              <w:spacing w:before="60" w:after="60"/>
            </w:pPr>
            <w:r>
              <w:t>現時点の内容</w:t>
            </w:r>
          </w:p>
        </w:tc>
      </w:tr>
      <w:tr>
        <w:tc>
          <w:tcPr>
            <w:tcW w:type="dxa" w:w="2592"/>
          </w:tcPr>
          <w:p>
            <w:pPr>
              <w:spacing w:before="60" w:after="60"/>
            </w:pPr>
            <w:r>
              <w:t>壁紙の品番と色</w:t>
            </w:r>
          </w:p>
        </w:tc>
        <w:tc>
          <w:tcPr>
            <w:tcW w:type="dxa" w:w="7560"/>
          </w:tcPr>
          <w:p>
            <w:pPr>
              <w:spacing w:before="60" w:after="60"/>
            </w:pPr>
            <w:r>
              <w:t>見本を見ながら確認します。要確認。</w:t>
            </w:r>
          </w:p>
        </w:tc>
      </w:tr>
      <w:tr>
        <w:tc>
          <w:tcPr>
            <w:tcW w:type="dxa" w:w="2592"/>
          </w:tcPr>
          <w:p>
            <w:pPr>
              <w:spacing w:before="60" w:after="60"/>
            </w:pPr>
            <w:r>
              <w:t>施工日と作業時間</w:t>
            </w:r>
          </w:p>
        </w:tc>
        <w:tc>
          <w:tcPr>
            <w:tcW w:type="dxa" w:w="7560"/>
          </w:tcPr>
          <w:p>
            <w:pPr>
              <w:spacing w:before="60" w:after="60"/>
            </w:pPr>
            <w:r>
              <w:t>日程調整が必要です。要確認。</w:t>
            </w:r>
          </w:p>
        </w:tc>
      </w:tr>
      <w:tr>
        <w:tc>
          <w:tcPr>
            <w:tcW w:type="dxa" w:w="2592"/>
          </w:tcPr>
          <w:p>
            <w:pPr>
              <w:spacing w:before="60" w:after="60"/>
            </w:pPr>
            <w:r>
              <w:t>金額</w:t>
            </w:r>
          </w:p>
        </w:tc>
        <w:tc>
          <w:tcPr>
            <w:tcW w:type="dxa" w:w="7560"/>
          </w:tcPr>
          <w:p>
            <w:pPr>
              <w:spacing w:before="60" w:after="60"/>
            </w:pPr>
            <w:r>
              <w:t>別途見積書で確認します。</w:t>
            </w:r>
          </w:p>
        </w:tc>
      </w:tr>
    </w:tbl>
    <w:p>
      <w:r>
        <w:t>確認後に、実際の工事条件に合わせて修正してください。</w:t>
      </w:r>
    </w:p>
    <w:sectPr w:rsidR="00FC693F" w:rsidRPr="0006063C" w:rsidSect="00034616">
      <w:footerReference w:type="default" r:id="rId9"/>
      <w:pgSz w:w="12240" w:h="15840"/>
      <w:pgMar w:top="936" w:right="1008" w:bottom="864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説明用の架空サンプルです。実在の施主・工事ではありません。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312" w:lineRule="auto"/>
    </w:pPr>
    <w:rPr>
      <w:rFonts w:ascii="Yu Gothic" w:hAnsi="Yu Gothic" w:eastAsia="Yu Gothic"/>
      <w:b w:val="0"/>
      <w:color w:val="202A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Yu Gothic" w:hAnsi="Yu Gothic" w:eastAsia="Yu Gothic"/>
      <w:b w:val="0"/>
      <w:color w:val="202A35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="Yu Gothic" w:hAnsi="Yu Gothic" w:eastAsia="Yu Gothic"/>
      <w:b/>
      <w:bCs/>
      <w:color w:val="202A35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="Yu Gothic" w:hAnsi="Yu Gothic" w:eastAsia="Yu Gothic"/>
      <w:b/>
      <w:color w:val="202A35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施主への工事説明資料の完成見本</dc:title>
  <dc:subject>架空の工事による説明用サンプル</dc:subject>
  <dc:creator>建築AI研究所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