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工事内容のご説明</w:t>
      </w:r>
    </w:p>
    <w:p>
      <w:r>
        <w:t>工事の内容と、打ち合わせで確認したいことをまとめた資料です。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8208"/>
      </w:tblGrid>
      <w:tr>
        <w:tc>
          <w:tcPr>
            <w:tcW w:type="dxa" w:w="1944"/>
          </w:tcPr>
          <w:p>
            <w:pPr>
              <w:spacing w:after="60"/>
            </w:pPr>
            <w:r>
              <w:t>宛先</w:t>
            </w:r>
          </w:p>
        </w:tc>
        <w:tc>
          <w:tcPr>
            <w:tcW w:type="dxa" w:w="8208"/>
          </w:tcPr>
          <w:p>
            <w:pPr>
              <w:spacing w:after="60"/>
            </w:pPr>
            <w:r>
              <w:t>【施主名】</w:t>
            </w:r>
          </w:p>
        </w:tc>
      </w:tr>
      <w:tr>
        <w:tc>
          <w:tcPr>
            <w:tcW w:type="dxa" w:w="1944"/>
          </w:tcPr>
          <w:p>
            <w:pPr>
              <w:spacing w:after="60"/>
            </w:pPr>
            <w:r>
              <w:t>工事名</w:t>
            </w:r>
          </w:p>
        </w:tc>
        <w:tc>
          <w:tcPr>
            <w:tcW w:type="dxa" w:w="8208"/>
          </w:tcPr>
          <w:p>
            <w:pPr>
              <w:spacing w:after="60"/>
            </w:pPr>
            <w:r>
              <w:t>【今回の工事名】</w:t>
            </w:r>
          </w:p>
        </w:tc>
      </w:tr>
      <w:tr>
        <w:tc>
          <w:tcPr>
            <w:tcW w:type="dxa" w:w="1944"/>
          </w:tcPr>
          <w:p>
            <w:pPr>
              <w:spacing w:after="60"/>
            </w:pPr>
            <w:r>
              <w:t>説明日</w:t>
            </w:r>
          </w:p>
        </w:tc>
        <w:tc>
          <w:tcPr>
            <w:tcW w:type="dxa" w:w="8208"/>
          </w:tcPr>
          <w:p>
            <w:pPr>
              <w:spacing w:after="60"/>
            </w:pPr>
            <w:r>
              <w:t>【説明日】</w:t>
            </w:r>
          </w:p>
        </w:tc>
      </w:tr>
      <w:tr>
        <w:tc>
          <w:tcPr>
            <w:tcW w:type="dxa" w:w="1944"/>
          </w:tcPr>
          <w:p>
            <w:pPr>
              <w:spacing w:after="60"/>
            </w:pPr>
            <w:r>
              <w:t>施工会社 担当者</w:t>
            </w:r>
          </w:p>
        </w:tc>
        <w:tc>
          <w:tcPr>
            <w:tcW w:type="dxa" w:w="8208"/>
          </w:tcPr>
          <w:p>
            <w:pPr>
              <w:spacing w:after="60"/>
            </w:pPr>
            <w:r>
              <w:t>【会社名 担当者 連絡先】</w:t>
            </w:r>
          </w:p>
        </w:tc>
      </w:tr>
    </w:tbl>
    <w:p>
      <w:pPr>
        <w:pStyle w:val="Heading1"/>
      </w:pPr>
      <w:r>
        <w:t>工事の内容</w:t>
      </w:r>
    </w:p>
    <w:p>
      <w:r>
        <w:t>【行う工事を、施主に伝わる短い文章で記入】</w:t>
        <w:br/>
        <w:t>含まない工事 【対象外の範囲を記入】</w:t>
      </w:r>
    </w:p>
    <w:p>
      <w:pPr>
        <w:pStyle w:val="Heading1"/>
      </w:pPr>
      <w:r>
        <w:t>工事の進め方</w:t>
      </w:r>
    </w:p>
    <w:p>
      <w:r>
        <w:t>【作業の順番を記入】</w:t>
        <w:br/>
        <w:t>施工日と作業時間 【決定済みか要確認かを明記】</w:t>
      </w:r>
    </w:p>
    <w:p>
      <w:pPr>
        <w:pStyle w:val="Heading1"/>
      </w:pPr>
      <w:r>
        <w:t>お願いしたいこと</w:t>
      </w:r>
    </w:p>
    <w:p>
      <w:r>
        <w:t>【施主に相談したいことを記入】</w:t>
      </w:r>
    </w:p>
    <w:p>
      <w:pPr>
        <w:pStyle w:val="Heading1"/>
      </w:pPr>
      <w:r>
        <w:t>一緒に確認したいこと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7560"/>
      </w:tblGrid>
      <w:tr>
        <w:tc>
          <w:tcPr>
            <w:tcW w:type="dxa" w:w="2592"/>
          </w:tcPr>
          <w:p>
            <w:pPr>
              <w:spacing w:before="60" w:after="60"/>
            </w:pPr>
            <w:r>
              <w:t>項目</w:t>
            </w:r>
          </w:p>
        </w:tc>
        <w:tc>
          <w:tcPr>
            <w:tcW w:type="dxa" w:w="7560"/>
          </w:tcPr>
          <w:p>
            <w:pPr>
              <w:spacing w:before="60" w:after="60"/>
            </w:pPr>
            <w:r>
              <w:t>現時点の内容</w:t>
            </w:r>
          </w:p>
        </w:tc>
      </w:tr>
      <w:tr>
        <w:tc>
          <w:tcPr>
            <w:tcW w:type="dxa" w:w="2592"/>
          </w:tcPr>
          <w:p>
            <w:pPr>
              <w:spacing w:before="60" w:after="60"/>
            </w:pPr>
            <w:r>
              <w:t>壁紙の品番と色</w:t>
            </w:r>
          </w:p>
        </w:tc>
        <w:tc>
          <w:tcPr>
            <w:tcW w:type="dxa" w:w="7560"/>
          </w:tcPr>
          <w:p>
            <w:pPr>
              <w:spacing w:before="60" w:after="60"/>
            </w:pPr>
            <w:r>
              <w:t>【選定状況を記入】</w:t>
            </w:r>
          </w:p>
        </w:tc>
      </w:tr>
      <w:tr>
        <w:tc>
          <w:tcPr>
            <w:tcW w:type="dxa" w:w="2592"/>
          </w:tcPr>
          <w:p>
            <w:pPr>
              <w:spacing w:before="60" w:after="60"/>
            </w:pPr>
            <w:r>
              <w:t>施工日と作業時間</w:t>
            </w:r>
          </w:p>
        </w:tc>
        <w:tc>
          <w:tcPr>
            <w:tcW w:type="dxa" w:w="7560"/>
          </w:tcPr>
          <w:p>
            <w:pPr>
              <w:spacing w:before="60" w:after="60"/>
            </w:pPr>
            <w:r>
              <w:t>【日程を記入 未定なら要確認】</w:t>
            </w:r>
          </w:p>
        </w:tc>
      </w:tr>
      <w:tr>
        <w:tc>
          <w:tcPr>
            <w:tcW w:type="dxa" w:w="2592"/>
          </w:tcPr>
          <w:p>
            <w:pPr>
              <w:spacing w:before="60" w:after="60"/>
            </w:pPr>
            <w:r>
              <w:t>金額</w:t>
            </w:r>
          </w:p>
        </w:tc>
        <w:tc>
          <w:tcPr>
            <w:tcW w:type="dxa" w:w="7560"/>
          </w:tcPr>
          <w:p>
            <w:pPr>
              <w:spacing w:before="60" w:after="60"/>
            </w:pPr>
            <w:r>
              <w:t>【見積書など確認する資料を記入】</w:t>
            </w:r>
          </w:p>
        </w:tc>
      </w:tr>
    </w:tbl>
    <w:p>
      <w:r>
        <w:t>確認後に、実際の工事条件に合わせて修正してください。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説明用の架空サンプルです。実在の施主・工事ではありません。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12" w:lineRule="auto"/>
    </w:pPr>
    <w:rPr>
      <w:rFonts w:ascii="Yu Gothic" w:hAnsi="Yu Gothic" w:eastAsia="Yu Gothic"/>
      <w:b w:val="0"/>
      <w:color w:val="202A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Yu Gothic" w:hAnsi="Yu Gothic" w:eastAsia="Yu Gothic"/>
      <w:b w:val="0"/>
      <w:color w:val="202A35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Yu Gothic" w:hAnsi="Yu Gothic" w:eastAsia="Yu Gothic"/>
      <w:b/>
      <w:bCs/>
      <w:color w:val="202A3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="Yu Gothic" w:hAnsi="Yu Gothic" w:eastAsia="Yu Gothic"/>
      <w:b/>
      <w:color w:val="202A35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施主への工事説明資料のひな形</dc:title>
  <dc:subject>架空の工事による説明用サンプル</dc:subject>
  <dc:creator>建築AI研究所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