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工事打合せ議事録</w:t>
      </w:r>
    </w:p>
    <w:p>
      <w:r>
        <w:t>練習用の会社書式　記入済み見本　内容確認前の下書き</w:t>
      </w:r>
    </w:p>
    <w:p>
      <w:r>
        <w:t>工事名・役割・発言・日付はすべて架空です。実在企業の会議録ではありません。</w:t>
      </w:r>
    </w:p>
    <w:p>
      <w:r>
        <w:t>工事名　A事務所 照明交換</w:t>
      </w:r>
    </w:p>
    <w:p>
      <w:r>
        <w:t>日時　2026年10月27日 15:00〜15:20</w:t>
      </w:r>
    </w:p>
    <w:p>
      <w:r>
        <w:t>参加者　現場担当・調達担当・施主役</w:t>
      </w:r>
    </w:p>
    <w:p>
      <w:r>
        <w:t>根拠資料　練習用メモ L01〜L08／版 0.1</w:t>
      </w:r>
    </w:p>
    <w:p>
      <w:pPr>
        <w:pStyle w:val="Heading1"/>
      </w:pPr>
      <w:r>
        <w:t>決定事項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932"/>
        <w:gridCol w:w="3515"/>
        <w:gridCol w:w="1531"/>
      </w:tblGrid>
      <w:tr>
        <w:tc>
          <w:tcPr>
            <w:tcW w:type="dxa" w:w="493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内容</w:t>
            </w:r>
          </w:p>
        </w:tc>
        <w:tc>
          <w:tcPr>
            <w:tcW w:type="dxa" w:w="3515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担当等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根拠</w:t>
            </w:r>
          </w:p>
        </w:tc>
      </w:tr>
      <w:tr>
        <w:tc>
          <w:tcPr>
            <w:tcW w:type="dxa" w:w="493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先行6台を11月5日に交換</w:t>
            </w:r>
          </w:p>
        </w:tc>
        <w:tc>
          <w:tcPr>
            <w:tcW w:type="dxa" w:w="3515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実施担当は記載なし・要確認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L02・L03</w:t>
            </w:r>
          </w:p>
        </w:tc>
      </w:tr>
    </w:tbl>
    <w:p>
      <w:pPr>
        <w:pStyle w:val="Heading1"/>
      </w:pPr>
      <w:r>
        <w:t>宿題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422"/>
        <w:gridCol w:w="3118"/>
        <w:gridCol w:w="2438"/>
      </w:tblGrid>
      <w:tr>
        <w:tc>
          <w:tcPr>
            <w:tcW w:type="dxa" w:w="442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内容</w:t>
            </w:r>
          </w:p>
        </w:tc>
        <w:tc>
          <w:tcPr>
            <w:tcW w:type="dxa" w:w="311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担当と期限</w:t>
            </w:r>
          </w:p>
        </w:tc>
        <w:tc>
          <w:tcPr>
            <w:tcW w:type="dxa" w:w="243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連絡先と根拠</w:t>
            </w:r>
          </w:p>
        </w:tc>
      </w:tr>
      <w:tr>
        <w:tc>
          <w:tcPr>
            <w:tcW w:type="dxa" w:w="442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残り2台の納期確認</w:t>
            </w:r>
          </w:p>
        </w:tc>
        <w:tc>
          <w:tcPr>
            <w:tcW w:type="dxa" w:w="311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調達担当</w:t>
              <w:br/>
              <w:t>10月29日正午</w:t>
            </w:r>
          </w:p>
        </w:tc>
        <w:tc>
          <w:tcPr>
            <w:tcW w:type="dxa" w:w="243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現場担当へ</w:t>
              <w:br/>
              <w:t>L04</w:t>
            </w:r>
          </w:p>
        </w:tc>
      </w:tr>
    </w:tbl>
    <w:p>
      <w:pPr>
        <w:pStyle w:val="Heading1"/>
      </w:pPr>
      <w:r>
        <w:t>未確定と要確認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458"/>
        <w:gridCol w:w="4989"/>
        <w:gridCol w:w="1531"/>
      </w:tblGrid>
      <w:tr>
        <w:tc>
          <w:tcPr>
            <w:tcW w:type="dxa" w:w="345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項目</w:t>
            </w:r>
          </w:p>
        </w:tc>
        <w:tc>
          <w:tcPr>
            <w:tcW w:type="dxa" w:w="4989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次の確認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根拠</w:t>
            </w:r>
          </w:p>
        </w:tc>
      </w:tr>
      <w:tr>
        <w:tc>
          <w:tcPr>
            <w:tcW w:type="dxa" w:w="345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残り2台の施工日</w:t>
            </w:r>
          </w:p>
        </w:tc>
        <w:tc>
          <w:tcPr>
            <w:tcW w:type="dxa" w:w="4989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納期回答後に相談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L05</w:t>
            </w:r>
          </w:p>
        </w:tc>
      </w:tr>
      <w:tr>
        <w:tc>
          <w:tcPr>
            <w:tcW w:type="dxa" w:w="345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追加費用の承認</w:t>
            </w:r>
          </w:p>
        </w:tc>
        <w:tc>
          <w:tcPr>
            <w:tcW w:type="dxa" w:w="4989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見積確認後に判断／現時点で未承認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L06</w:t>
            </w:r>
          </w:p>
        </w:tc>
      </w:tr>
      <w:tr>
        <w:tc>
          <w:tcPr>
            <w:tcW w:type="dxa" w:w="345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追加見積の作成担当・提出期限</w:t>
            </w:r>
          </w:p>
        </w:tc>
        <w:tc>
          <w:tcPr>
            <w:tcW w:type="dxa" w:w="4989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記載なし・要確認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L07</w:t>
            </w:r>
          </w:p>
        </w:tc>
      </w:tr>
      <w:tr>
        <w:tc>
          <w:tcPr>
            <w:tcW w:type="dxa" w:w="345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次回打合せ日時</w:t>
            </w:r>
          </w:p>
        </w:tc>
        <w:tc>
          <w:tcPr>
            <w:tcW w:type="dxa" w:w="4989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未定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L08</w:t>
            </w:r>
          </w:p>
        </w:tc>
      </w:tr>
    </w:tbl>
    <w:p>
      <w:pPr>
        <w:pStyle w:val="Heading1"/>
      </w:pPr>
      <w:r>
        <w:t>内容確認</w:t>
      </w:r>
    </w:p>
    <w:p>
      <w:r>
        <w:t>確認者　＿＿＿＿＿＿　確認日　＿＿＿＿＿＿　確認後の版　＿＿＿＿</w:t>
      </w:r>
    </w:p>
    <w:p>
      <w:r>
        <w:t>原文の数量・日付・条件・否定、決定の有無、担当・期限を照合してから共有します。</w:t>
      </w:r>
    </w:p>
    <w:sectPr w:rsidR="00FC693F" w:rsidRPr="0006063C" w:rsidSect="00034616">
      <w:footerReference w:type="default" r:id="rId9"/>
      <w:pgSz w:w="11906" w:h="16838"/>
      <w:pgMar w:top="907" w:right="964" w:bottom="907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練習用・架空データ　　内容確認前の下書き　　1 /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52" w:lineRule="auto"/>
    </w:pPr>
    <w:rPr>
      <w:rFonts w:ascii="Yu Gothic" w:hAnsi="Yu Gothic" w:eastAsia="Yu Gothi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40" w:lineRule="auto"/>
      <w:outlineLvl w:val="0"/>
    </w:pPr>
    <w:rPr>
      <w:rFonts w:ascii="Yu Gothic" w:hAnsi="Yu Gothic" w:eastAsia="Yu Gothic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Yu Gothic" w:hAnsi="Yu Gothic" w:eastAsia="Yu Gothi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Yu Gothic" w:hAnsi="Yu Gothic" w:eastAsia="Yu Gothi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工事打合せ議事録</dc:title>
  <dc:subject/>
  <dc:creator>建築AI研究所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